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UMOWA KUPNA-SPRZEDAŻY SAMOCHODU</w:t>
      </w:r>
    </w:p>
    <w:p>
      <w:r>
        <w:t>zawarta w ................................................  dnia ................................................</w:t>
      </w:r>
    </w:p>
    <w:p>
      <w:r>
        <w:rPr>
          <w:b/>
          <w:color w:val="D9480F"/>
          <w:sz w:val="22"/>
        </w:rPr>
        <w:t>§ 1. SPRZEDAJĄCY</w:t>
      </w:r>
    </w:p>
    <w:p>
      <w:r>
        <w:t>Imię i nazwisko: ................................................................................................</w:t>
      </w:r>
    </w:p>
    <w:p>
      <w:r>
        <w:t>Adres zamieszkania: ................................................................................................</w:t>
      </w:r>
    </w:p>
    <w:p>
      <w:r>
        <w:t>PESEL: ................................................................................................</w:t>
      </w:r>
    </w:p>
    <w:p>
      <w:r>
        <w:t>Seria i numer dowodu osobistego: ................................................................................................</w:t>
      </w:r>
    </w:p>
    <w:p>
      <w:r>
        <w:rPr>
          <w:b/>
          <w:color w:val="D9480F"/>
          <w:sz w:val="22"/>
        </w:rPr>
        <w:t xml:space="preserve">        KUPUJĄCY</w:t>
      </w:r>
    </w:p>
    <w:p>
      <w:r>
        <w:t>Imię i nazwisko: ................................................................................................</w:t>
      </w:r>
    </w:p>
    <w:p>
      <w:r>
        <w:t>Adres zamieszkania: ................................................................................................</w:t>
      </w:r>
    </w:p>
    <w:p>
      <w:r>
        <w:t>PESEL: ................................................................................................</w:t>
      </w:r>
    </w:p>
    <w:p>
      <w:r>
        <w:t>Seria i numer dowodu osobistego: ................................................................................................</w:t>
      </w:r>
    </w:p>
    <w:p>
      <w:r>
        <w:rPr>
          <w:b/>
          <w:color w:val="D9480F"/>
          <w:sz w:val="22"/>
        </w:rPr>
        <w:t>§ 2. PRZEDMIOT UMOWY</w:t>
      </w:r>
    </w:p>
    <w:p>
      <w:r>
        <w:t>Przedmiotem umowy jest sprzedaż pojazdu:</w:t>
      </w:r>
    </w:p>
    <w:p>
      <w:r>
        <w:t>Marka i model: ................................................................................................</w:t>
      </w:r>
    </w:p>
    <w:p>
      <w:r>
        <w:t>Rok produkcji: ................................................................................................</w:t>
      </w:r>
    </w:p>
    <w:p>
      <w:r>
        <w:t>Numer rejestracyjny: ................................................................................................</w:t>
      </w:r>
    </w:p>
    <w:p>
      <w:r>
        <w:t>Numer VIN: ................................................................................................</w:t>
      </w:r>
    </w:p>
    <w:p>
      <w:r>
        <w:t>Pojemność i rodzaj silnika: ................................................................................................</w:t>
      </w:r>
    </w:p>
    <w:p>
      <w:r>
        <w:t>Kolor nadwozia: ................................................................................................</w:t>
      </w:r>
    </w:p>
    <w:p>
      <w:r>
        <w:t>Przebieg (km): ................................................................................................</w:t>
      </w:r>
    </w:p>
    <w:p>
      <w:r>
        <w:rPr>
          <w:b/>
          <w:color w:val="D9480F"/>
          <w:sz w:val="22"/>
        </w:rPr>
        <w:t>§ 3. Cena i sposób zapłaty</w:t>
      </w:r>
    </w:p>
    <w:p>
      <w:r>
        <w:t>Strony ustaliły cenę sprzedaży na kwotę: ...................................................... zł</w:t>
      </w:r>
    </w:p>
    <w:p>
      <w:r>
        <w:t>słownie: ..................................................................................................................</w:t>
      </w:r>
    </w:p>
    <w:p>
      <w:r>
        <w:t>Kupujący zapłacił całą cenę gotówką / przelewem* przy podpisaniu umowy, co Sprzedający potwierdza.</w:t>
      </w:r>
    </w:p>
    <w:p>
      <w:r>
        <w:rPr>
          <w:b/>
          <w:color w:val="D9480F"/>
          <w:sz w:val="22"/>
        </w:rPr>
        <w:t>§ 4. Oświadczenia Sprzedającego</w:t>
      </w:r>
    </w:p>
    <w:p>
      <w:r>
        <w:t>Sprzedający oświadcza, że jest wyłącznym właścicielem pojazdu opisanego w § 2.</w:t>
      </w:r>
    </w:p>
    <w:p>
      <w:r>
        <w:t>Pojazd jest wolny od wad prawnych, nie jest obciążony prawami osób trzecich, nie stanowi</w:t>
      </w:r>
    </w:p>
    <w:p>
      <w:r>
        <w:t>przedmiotu zastawu (w tym zastawu skarbowego i rejestrowego), leasingu ani zabezpieczenia</w:t>
      </w:r>
    </w:p>
    <w:p>
      <w:r>
        <w:t>kredytu, nie toczy się o niego postępowanie i nie ma przeszkód prawnych do jego zbycia.</w:t>
      </w:r>
    </w:p>
    <w:p>
      <w:r>
        <w:t>Sprzedający oświadcza, że wskazany przebieg jest zgodny ze stanem drogomierza,</w:t>
      </w:r>
    </w:p>
    <w:p>
      <w:r>
        <w:t>a drogomierz nie był wymieniany ani modyfikowany w okresie jego posiadania pojazdu.</w:t>
      </w:r>
    </w:p>
    <w:p>
      <w:r>
        <w:rPr>
          <w:b/>
          <w:color w:val="D9480F"/>
          <w:sz w:val="22"/>
        </w:rPr>
        <w:t>§ 5. Stan techniczny</w:t>
      </w:r>
    </w:p>
    <w:p>
      <w:r>
        <w:t>Kupujący oświadcza, że zapoznał się ze stanem technicznym pojazdu, obejrzał go i sprawdził</w:t>
      </w:r>
    </w:p>
    <w:p>
      <w:r>
        <w:t>w wybranym przez siebie zakresie oraz że nie wnosi z tego tytułu zastrzeżeń.</w:t>
      </w:r>
    </w:p>
    <w:p>
      <w:r>
        <w:t>Znane Kupującemu wady i uszkodzenia pojazdu (wpisać lub wpisać „brak”):</w:t>
      </w:r>
    </w:p>
    <w:p>
      <w:r>
        <w:t>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</w:t>
      </w:r>
    </w:p>
    <w:p>
      <w:r>
        <w:rPr>
          <w:b/>
          <w:color w:val="D9480F"/>
          <w:sz w:val="22"/>
        </w:rPr>
        <w:t>§ 6. Wydanie pojazdu</w:t>
      </w:r>
    </w:p>
    <w:p>
      <w:r>
        <w:t>Wydanie pojazdu wraz z kompletem dokumentów i kluczy nastąpiło w dniu podpisania umowy.</w:t>
      </w:r>
    </w:p>
    <w:p>
      <w:r>
        <w:t>Przekazane dokumenty i wyposażenie: dowód rejestracyjny / karta pojazdu / polisa OC /</w:t>
      </w:r>
    </w:p>
    <w:p>
      <w:r>
        <w:t>..................................................................  liczba przekazanych kluczy: ...............</w:t>
      </w:r>
    </w:p>
    <w:p>
      <w:r>
        <w:t>Z chwilą wydania pojazdu na Kupującego przechodzą korzyści i ciężary związane z rzeczą</w:t>
      </w:r>
    </w:p>
    <w:p>
      <w:r>
        <w:t>oraz ryzyko jej przypadkowej utraty lub uszkodzenia.</w:t>
      </w:r>
    </w:p>
    <w:p>
      <w:r>
        <w:rPr>
          <w:b/>
          <w:color w:val="D9480F"/>
          <w:sz w:val="22"/>
        </w:rPr>
        <w:t>§ 7. Koszty</w:t>
      </w:r>
    </w:p>
    <w:p>
      <w:r>
        <w:t>Wszelkie koszty związane z zawarciem i wykonaniem umowy, w tym podatek od czynności</w:t>
      </w:r>
    </w:p>
    <w:p>
      <w:r>
        <w:t>cywilnoprawnych (PCC), obciążają Kupującego.</w:t>
      </w:r>
    </w:p>
    <w:p>
      <w:r>
        <w:rPr>
          <w:b/>
          <w:color w:val="D9480F"/>
          <w:sz w:val="22"/>
        </w:rPr>
        <w:t>§ 8. Postanowienia końcowe</w:t>
      </w:r>
    </w:p>
    <w:p>
      <w:r>
        <w:t>W sprawach nieuregulowanych umową zastosowanie mają przepisy Kodeksu cywilnego.</w:t>
      </w:r>
    </w:p>
    <w:p>
      <w:r>
        <w:t>Zmiany umowy wymagają formy pisemnej pod rygorem nieważności.</w:t>
      </w:r>
    </w:p>
    <w:p>
      <w:r>
        <w:t>Umowę sporządzono w dwóch jednobrzmiących egzemplarzach, po jednym dla każdej ze stron.</w:t>
      </w:r>
    </w:p>
    <w:p>
      <w:r>
        <w:t>* niepotrzebne skreślić</w:t>
      </w:r>
    </w:p>
    <w:p/>
    <w:p/>
    <w:p>
      <w:r>
        <w:t>.................................................                    .................................................</w:t>
      </w:r>
    </w:p>
    <w:p>
      <w:r>
        <w:t xml:space="preserve">   Sprzedający (czytelny podpis)                              Kupujący (czytelny podpis)</w:t>
      </w:r>
    </w:p>
    <w:p/>
    <w:p>
      <w:r>
        <w:rPr>
          <w:b/>
        </w:rPr>
        <w:t>Pamiętaj po zakupie</w:t>
      </w:r>
    </w:p>
    <w:p>
      <w:r>
        <w:t>•  PCC-3: podatek 2% wartości rynkowej — 14 dni (nie dotyczy kwot do 1000 zł).</w:t>
      </w:r>
    </w:p>
    <w:p>
      <w:r>
        <w:t>•  Rejestracja: zgłoszenie nabycia i rejestracja w ciągu 30 dni od daty umowy.</w:t>
      </w:r>
    </w:p>
    <w:p>
      <w:r>
        <w:t>•  OC: polisa zbywcy nie odnawia się automatycznie — sprawdź jej ważność.</w:t>
      </w:r>
    </w:p>
    <w:p>
      <w:r>
        <w:rPr>
          <w:color w:val="6E675C"/>
          <w:sz w:val="16"/>
        </w:rPr>
        <w:t>Wzór pomocniczy — mirapka.pl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